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D8010" w14:textId="405EA903" w:rsidR="00784137" w:rsidRPr="00784137" w:rsidRDefault="00784137" w:rsidP="00AD6955">
      <w:pPr>
        <w:spacing w:after="0"/>
        <w:jc w:val="center"/>
        <w:rPr>
          <w:rFonts w:ascii="Times New Roman" w:hAnsi="Times New Roman" w:cs="Times New Roman"/>
          <w:sz w:val="28"/>
          <w:szCs w:val="28"/>
          <w:lang w:val="vi-VN"/>
        </w:rPr>
      </w:pPr>
      <w:r w:rsidRPr="00784137">
        <w:rPr>
          <w:rFonts w:ascii="Segoe UI Emoji" w:hAnsi="Segoe UI Emoji" w:cs="Segoe UI Emoji"/>
          <w:sz w:val="28"/>
          <w:szCs w:val="28"/>
          <w:lang w:val="vi-VN"/>
        </w:rPr>
        <w:t>🌟</w:t>
      </w:r>
      <w:r w:rsidRPr="00784137">
        <w:rPr>
          <w:rFonts w:ascii="Times New Roman" w:hAnsi="Times New Roman" w:cs="Times New Roman"/>
          <w:sz w:val="28"/>
          <w:szCs w:val="28"/>
          <w:lang w:val="vi-VN"/>
        </w:rPr>
        <w:t xml:space="preserve"> </w:t>
      </w:r>
      <w:r w:rsidRPr="00784137">
        <w:rPr>
          <w:rFonts w:ascii="Times New Roman" w:hAnsi="Times New Roman" w:cs="Times New Roman"/>
          <w:b/>
          <w:bCs/>
          <w:sz w:val="28"/>
          <w:szCs w:val="28"/>
          <w:lang w:val="vi-VN"/>
        </w:rPr>
        <w:t>KHAI GIẢNG NĂM HỌC 2026</w:t>
      </w:r>
      <w:r w:rsidR="00AD6955">
        <w:rPr>
          <w:rFonts w:ascii="Times New Roman" w:hAnsi="Times New Roman" w:cs="Times New Roman"/>
          <w:b/>
          <w:bCs/>
          <w:sz w:val="28"/>
          <w:szCs w:val="28"/>
        </w:rPr>
        <w:t xml:space="preserve"> - </w:t>
      </w:r>
      <w:r w:rsidRPr="00784137">
        <w:rPr>
          <w:rFonts w:ascii="Times New Roman" w:hAnsi="Times New Roman" w:cs="Times New Roman"/>
          <w:b/>
          <w:bCs/>
          <w:sz w:val="28"/>
          <w:szCs w:val="28"/>
          <w:lang w:val="vi-VN"/>
        </w:rPr>
        <w:t>2027</w:t>
      </w:r>
    </w:p>
    <w:p w14:paraId="5C16AE6B" w14:textId="77777777" w:rsidR="00784137" w:rsidRPr="00784137" w:rsidRDefault="00784137" w:rsidP="00784137">
      <w:pPr>
        <w:spacing w:after="0"/>
        <w:jc w:val="center"/>
        <w:rPr>
          <w:rFonts w:ascii="Times New Roman" w:hAnsi="Times New Roman" w:cs="Times New Roman"/>
          <w:b/>
          <w:bCs/>
          <w:sz w:val="28"/>
          <w:szCs w:val="28"/>
          <w:lang w:val="vi-VN"/>
        </w:rPr>
      </w:pPr>
      <w:r w:rsidRPr="00784137">
        <w:rPr>
          <w:rFonts w:ascii="Times New Roman" w:hAnsi="Times New Roman" w:cs="Times New Roman"/>
          <w:b/>
          <w:bCs/>
          <w:sz w:val="28"/>
          <w:szCs w:val="28"/>
          <w:lang w:val="vi-VN"/>
        </w:rPr>
        <w:t xml:space="preserve">HỘI TỤ TRUYỀN THỐNG – VỮNG BƯỚC TƯƠNG LAI </w:t>
      </w:r>
      <w:r w:rsidRPr="00784137">
        <w:rPr>
          <w:rFonts w:ascii="Segoe UI Emoji" w:hAnsi="Segoe UI Emoji" w:cs="Segoe UI Emoji"/>
          <w:b/>
          <w:bCs/>
          <w:sz w:val="28"/>
          <w:szCs w:val="28"/>
          <w:lang w:val="vi-VN"/>
        </w:rPr>
        <w:t>🌟</w:t>
      </w:r>
    </w:p>
    <w:p w14:paraId="6C0A7A53" w14:textId="77777777" w:rsidR="00C31850" w:rsidRPr="00C31850" w:rsidRDefault="00784137" w:rsidP="00C31850">
      <w:pPr>
        <w:spacing w:after="0"/>
        <w:ind w:firstLine="720"/>
        <w:jc w:val="both"/>
        <w:rPr>
          <w:rFonts w:ascii="Times New Roman" w:hAnsi="Times New Roman" w:cs="Times New Roman"/>
          <w:sz w:val="28"/>
          <w:szCs w:val="28"/>
          <w:lang w:val="vi-VN"/>
        </w:rPr>
      </w:pPr>
      <w:r w:rsidRPr="00784137">
        <w:rPr>
          <w:rFonts w:ascii="Segoe UI Emoji" w:hAnsi="Segoe UI Emoji" w:cs="Segoe UI Emoji"/>
          <w:sz w:val="28"/>
          <w:szCs w:val="28"/>
          <w:lang w:val="vi-VN"/>
        </w:rPr>
        <w:t>🏫</w:t>
      </w:r>
      <w:r w:rsidRPr="00784137">
        <w:rPr>
          <w:rFonts w:ascii="Times New Roman" w:hAnsi="Times New Roman" w:cs="Times New Roman"/>
          <w:sz w:val="28"/>
          <w:szCs w:val="28"/>
          <w:lang w:val="vi-VN"/>
        </w:rPr>
        <w:t xml:space="preserve"> </w:t>
      </w:r>
      <w:r w:rsidR="00C31850" w:rsidRPr="00C31850">
        <w:rPr>
          <w:rFonts w:ascii="Times New Roman" w:hAnsi="Times New Roman" w:cs="Times New Roman"/>
          <w:sz w:val="28"/>
          <w:szCs w:val="28"/>
          <w:lang w:val="vi-VN"/>
        </w:rPr>
        <w:t xml:space="preserve">Sáng ngày </w:t>
      </w:r>
      <w:r w:rsidR="00C31850" w:rsidRPr="00C31850">
        <w:rPr>
          <w:rFonts w:ascii="Times New Roman" w:hAnsi="Times New Roman" w:cs="Times New Roman"/>
          <w:b/>
          <w:bCs/>
          <w:sz w:val="28"/>
          <w:szCs w:val="28"/>
          <w:lang w:val="vi-VN"/>
        </w:rPr>
        <w:t>05/9/2026</w:t>
      </w:r>
      <w:r w:rsidR="00C31850" w:rsidRPr="00C31850">
        <w:rPr>
          <w:rFonts w:ascii="Times New Roman" w:hAnsi="Times New Roman" w:cs="Times New Roman"/>
          <w:sz w:val="28"/>
          <w:szCs w:val="28"/>
          <w:lang w:val="vi-VN"/>
        </w:rPr>
        <w:t xml:space="preserve">, trong không khí tưng bừng, phấn khởi của </w:t>
      </w:r>
      <w:r w:rsidR="00C31850" w:rsidRPr="00C31850">
        <w:rPr>
          <w:rFonts w:ascii="Times New Roman" w:hAnsi="Times New Roman" w:cs="Times New Roman"/>
          <w:b/>
          <w:bCs/>
          <w:sz w:val="28"/>
          <w:szCs w:val="28"/>
          <w:lang w:val="vi-VN"/>
        </w:rPr>
        <w:t>Ngày hội khai trường</w:t>
      </w:r>
      <w:r w:rsidR="00C31850" w:rsidRPr="00C31850">
        <w:rPr>
          <w:rFonts w:ascii="Times New Roman" w:hAnsi="Times New Roman" w:cs="Times New Roman"/>
          <w:sz w:val="28"/>
          <w:szCs w:val="28"/>
          <w:lang w:val="vi-VN"/>
        </w:rPr>
        <w:t xml:space="preserve">, thầy và trò </w:t>
      </w:r>
      <w:r w:rsidR="00C31850" w:rsidRPr="00C31850">
        <w:rPr>
          <w:rFonts w:ascii="Times New Roman" w:hAnsi="Times New Roman" w:cs="Times New Roman"/>
          <w:b/>
          <w:bCs/>
          <w:sz w:val="28"/>
          <w:szCs w:val="28"/>
          <w:lang w:val="vi-VN"/>
        </w:rPr>
        <w:t xml:space="preserve">Trường Tiểu học Yên Từ A, </w:t>
      </w:r>
      <w:r w:rsidR="00C31850" w:rsidRPr="00AD6955">
        <w:rPr>
          <w:rFonts w:ascii="Times New Roman" w:hAnsi="Times New Roman" w:cs="Times New Roman"/>
          <w:sz w:val="28"/>
          <w:szCs w:val="28"/>
          <w:lang w:val="vi-VN"/>
        </w:rPr>
        <w:t>xã Yên Từ, tỉnh Ninh Bình</w:t>
      </w:r>
      <w:r w:rsidR="00C31850" w:rsidRPr="00C31850">
        <w:rPr>
          <w:rFonts w:ascii="Times New Roman" w:hAnsi="Times New Roman" w:cs="Times New Roman"/>
          <w:sz w:val="28"/>
          <w:szCs w:val="28"/>
          <w:lang w:val="vi-VN"/>
        </w:rPr>
        <w:t xml:space="preserve"> long trọng tổ chức </w:t>
      </w:r>
      <w:r w:rsidR="00C31850" w:rsidRPr="00C31850">
        <w:rPr>
          <w:rFonts w:ascii="Times New Roman" w:hAnsi="Times New Roman" w:cs="Times New Roman"/>
          <w:b/>
          <w:bCs/>
          <w:sz w:val="28"/>
          <w:szCs w:val="28"/>
          <w:lang w:val="vi-VN"/>
        </w:rPr>
        <w:t>Lễ Khai giảng năm học 2026</w:t>
      </w:r>
      <w:r w:rsidR="00C31850">
        <w:rPr>
          <w:rFonts w:ascii="Times New Roman" w:hAnsi="Times New Roman" w:cs="Times New Roman"/>
          <w:b/>
          <w:bCs/>
          <w:sz w:val="28"/>
          <w:szCs w:val="28"/>
        </w:rPr>
        <w:t xml:space="preserve"> - </w:t>
      </w:r>
      <w:r w:rsidR="00C31850" w:rsidRPr="00C31850">
        <w:rPr>
          <w:rFonts w:ascii="Times New Roman" w:hAnsi="Times New Roman" w:cs="Times New Roman"/>
          <w:b/>
          <w:bCs/>
          <w:sz w:val="28"/>
          <w:szCs w:val="28"/>
          <w:lang w:val="vi-VN"/>
        </w:rPr>
        <w:t>2027</w:t>
      </w:r>
      <w:r w:rsidR="00C31850" w:rsidRPr="00C31850">
        <w:rPr>
          <w:rFonts w:ascii="Times New Roman" w:hAnsi="Times New Roman" w:cs="Times New Roman"/>
          <w:sz w:val="28"/>
          <w:szCs w:val="28"/>
          <w:lang w:val="vi-VN"/>
        </w:rPr>
        <w:t>.</w:t>
      </w:r>
    </w:p>
    <w:p w14:paraId="6903A6DB" w14:textId="77777777" w:rsidR="00C31850" w:rsidRPr="00C31850" w:rsidRDefault="00C31850" w:rsidP="00C31850">
      <w:pPr>
        <w:spacing w:after="0"/>
        <w:jc w:val="both"/>
        <w:rPr>
          <w:rFonts w:ascii="Times New Roman" w:hAnsi="Times New Roman" w:cs="Times New Roman"/>
          <w:sz w:val="28"/>
          <w:szCs w:val="28"/>
          <w:lang w:val="vi-VN"/>
        </w:rPr>
      </w:pPr>
      <w:r w:rsidRPr="00C31850">
        <w:rPr>
          <w:rFonts w:ascii="Times New Roman" w:hAnsi="Times New Roman" w:cs="Times New Roman"/>
          <w:sz w:val="28"/>
          <w:szCs w:val="28"/>
          <w:lang w:val="vi-VN"/>
        </w:rPr>
        <w:t>Năm học mới chính thức bắt đầu, mở ra một hành trình mới với niềm tin, niềm vui và những khát vọng tốt đẹp. Đặc biệt, năm học 2026</w:t>
      </w:r>
      <w:r>
        <w:rPr>
          <w:rFonts w:ascii="Times New Roman" w:hAnsi="Times New Roman" w:cs="Times New Roman"/>
          <w:sz w:val="28"/>
          <w:szCs w:val="28"/>
        </w:rPr>
        <w:t xml:space="preserve"> - </w:t>
      </w:r>
      <w:r w:rsidRPr="00C31850">
        <w:rPr>
          <w:rFonts w:ascii="Times New Roman" w:hAnsi="Times New Roman" w:cs="Times New Roman"/>
          <w:sz w:val="28"/>
          <w:szCs w:val="28"/>
          <w:lang w:val="vi-VN"/>
        </w:rPr>
        <w:t xml:space="preserve">2027 là một dấu mốc ý nghĩa khi nhà trường chính thức mang tên </w:t>
      </w:r>
      <w:r w:rsidRPr="00C31850">
        <w:rPr>
          <w:rFonts w:ascii="Times New Roman" w:hAnsi="Times New Roman" w:cs="Times New Roman"/>
          <w:b/>
          <w:bCs/>
          <w:sz w:val="28"/>
          <w:szCs w:val="28"/>
          <w:lang w:val="vi-VN"/>
        </w:rPr>
        <w:t>Trường Tiểu học Yên Từ A</w:t>
      </w:r>
      <w:r w:rsidRPr="00C31850">
        <w:rPr>
          <w:rFonts w:ascii="Times New Roman" w:hAnsi="Times New Roman" w:cs="Times New Roman"/>
          <w:sz w:val="28"/>
          <w:szCs w:val="28"/>
          <w:lang w:val="vi-VN"/>
        </w:rPr>
        <w:t xml:space="preserve"> </w:t>
      </w:r>
      <w:r>
        <w:rPr>
          <w:rFonts w:ascii="Times New Roman" w:hAnsi="Times New Roman" w:cs="Times New Roman"/>
          <w:sz w:val="28"/>
          <w:szCs w:val="28"/>
        </w:rPr>
        <w:t>-</w:t>
      </w:r>
      <w:r w:rsidRPr="00C31850">
        <w:rPr>
          <w:rFonts w:ascii="Times New Roman" w:hAnsi="Times New Roman" w:cs="Times New Roman"/>
          <w:sz w:val="28"/>
          <w:szCs w:val="28"/>
          <w:lang w:val="vi-VN"/>
        </w:rPr>
        <w:t xml:space="preserve"> một tên gọi mới, một chặng đường mới, nhưng những giá trị truyền thống tốt đẹp vẫn luôn được gìn giữ và tiếp nối.</w:t>
      </w:r>
    </w:p>
    <w:p w14:paraId="4C80305E" w14:textId="05A27A73" w:rsidR="003F4EF8" w:rsidRDefault="00D37ADC" w:rsidP="00C31850">
      <w:pPr>
        <w:spacing w:after="0"/>
        <w:rPr>
          <w:rFonts w:ascii="Times New Roman" w:hAnsi="Times New Roman" w:cs="Times New Roman"/>
          <w:sz w:val="28"/>
          <w:szCs w:val="28"/>
        </w:rPr>
      </w:pPr>
      <w:r w:rsidRPr="00D37ADC">
        <w:rPr>
          <w:rFonts w:ascii="Times New Roman" w:hAnsi="Times New Roman" w:cs="Times New Roman"/>
          <w:noProof/>
          <w:sz w:val="28"/>
          <w:szCs w:val="28"/>
        </w:rPr>
        <w:drawing>
          <wp:inline distT="0" distB="0" distL="0" distR="0" wp14:anchorId="0C40A7B3" wp14:editId="77350958">
            <wp:extent cx="5894440" cy="6177516"/>
            <wp:effectExtent l="0" t="0" r="0" b="0"/>
            <wp:docPr id="23031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19740" name=""/>
                    <pic:cNvPicPr/>
                  </pic:nvPicPr>
                  <pic:blipFill>
                    <a:blip r:embed="rId6"/>
                    <a:stretch>
                      <a:fillRect/>
                    </a:stretch>
                  </pic:blipFill>
                  <pic:spPr>
                    <a:xfrm>
                      <a:off x="0" y="0"/>
                      <a:ext cx="6025212" cy="6314568"/>
                    </a:xfrm>
                    <a:prstGeom prst="rect">
                      <a:avLst/>
                    </a:prstGeom>
                  </pic:spPr>
                </pic:pic>
              </a:graphicData>
            </a:graphic>
          </wp:inline>
        </w:drawing>
      </w:r>
    </w:p>
    <w:p w14:paraId="34471BCA" w14:textId="3942A351" w:rsidR="00D37ADC" w:rsidRDefault="00A85C6E" w:rsidP="00784137">
      <w:pPr>
        <w:spacing w:after="0"/>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E414A5C" wp14:editId="2668B50C">
            <wp:extent cx="5996955" cy="3373287"/>
            <wp:effectExtent l="0" t="0" r="3810" b="0"/>
            <wp:docPr id="2109848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4793" cy="3394571"/>
                    </a:xfrm>
                    <a:prstGeom prst="rect">
                      <a:avLst/>
                    </a:prstGeom>
                    <a:noFill/>
                  </pic:spPr>
                </pic:pic>
              </a:graphicData>
            </a:graphic>
          </wp:inline>
        </w:drawing>
      </w:r>
    </w:p>
    <w:p w14:paraId="05976DEC" w14:textId="77777777" w:rsidR="00AF3ABE" w:rsidRPr="00D37ADC" w:rsidRDefault="00AF3ABE" w:rsidP="00784137">
      <w:pPr>
        <w:spacing w:after="0"/>
        <w:rPr>
          <w:rFonts w:ascii="Times New Roman" w:hAnsi="Times New Roman" w:cs="Times New Roman"/>
          <w:sz w:val="28"/>
          <w:szCs w:val="28"/>
        </w:rPr>
      </w:pPr>
    </w:p>
    <w:p w14:paraId="1426C8B9" w14:textId="48B462D0" w:rsidR="00AF3ABE" w:rsidRPr="00E673DE" w:rsidRDefault="00D37ADC" w:rsidP="00784137">
      <w:pPr>
        <w:spacing w:after="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0173166" wp14:editId="119AEC8A">
            <wp:extent cx="6035381" cy="3394902"/>
            <wp:effectExtent l="0" t="0" r="3810" b="0"/>
            <wp:docPr id="91021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9328" cy="3413997"/>
                    </a:xfrm>
                    <a:prstGeom prst="rect">
                      <a:avLst/>
                    </a:prstGeom>
                    <a:noFill/>
                  </pic:spPr>
                </pic:pic>
              </a:graphicData>
            </a:graphic>
          </wp:inline>
        </w:drawing>
      </w:r>
    </w:p>
    <w:p w14:paraId="3C6E634D" w14:textId="581D4D61" w:rsidR="00784137" w:rsidRPr="00784137" w:rsidRDefault="00784137" w:rsidP="00AF3ABE">
      <w:pPr>
        <w:spacing w:after="0"/>
        <w:jc w:val="center"/>
        <w:rPr>
          <w:rFonts w:ascii="Times New Roman" w:hAnsi="Times New Roman" w:cs="Times New Roman"/>
          <w:sz w:val="28"/>
          <w:szCs w:val="28"/>
          <w:lang w:val="vi-VN"/>
        </w:rPr>
      </w:pPr>
      <w:r w:rsidRPr="00784137">
        <w:rPr>
          <w:rFonts w:ascii="Times New Roman" w:hAnsi="Times New Roman" w:cs="Times New Roman"/>
          <w:i/>
          <w:iCs/>
          <w:sz w:val="28"/>
          <w:szCs w:val="28"/>
          <w:lang w:val="vi-VN"/>
        </w:rPr>
        <w:t>Không khí rộn ràng trong Ngày hội khai trường.</w:t>
      </w:r>
    </w:p>
    <w:p w14:paraId="75645BCB" w14:textId="1D3E11DB" w:rsidR="00C31850" w:rsidRPr="00C31850" w:rsidRDefault="00C31850" w:rsidP="00C31850">
      <w:pPr>
        <w:spacing w:after="0"/>
        <w:rPr>
          <w:rFonts w:ascii="Times New Roman" w:hAnsi="Times New Roman" w:cs="Times New Roman"/>
          <w:sz w:val="28"/>
          <w:szCs w:val="28"/>
          <w:lang w:val="vi-VN"/>
        </w:rPr>
      </w:pPr>
      <w:r w:rsidRPr="00C31850">
        <w:rPr>
          <w:rFonts w:ascii="Segoe UI Emoji" w:hAnsi="Segoe UI Emoji" w:cs="Segoe UI Emoji"/>
          <w:sz w:val="28"/>
          <w:szCs w:val="28"/>
          <w:lang w:val="vi-VN"/>
        </w:rPr>
        <w:t>💐</w:t>
      </w:r>
      <w:r w:rsidRPr="00C31850">
        <w:rPr>
          <w:rFonts w:ascii="Times New Roman" w:hAnsi="Times New Roman" w:cs="Times New Roman"/>
          <w:sz w:val="28"/>
          <w:szCs w:val="28"/>
          <w:lang w:val="vi-VN"/>
        </w:rPr>
        <w:t xml:space="preserve"> </w:t>
      </w:r>
      <w:r w:rsidRPr="00C31850">
        <w:rPr>
          <w:rFonts w:ascii="Times New Roman" w:hAnsi="Times New Roman" w:cs="Times New Roman"/>
          <w:b/>
          <w:bCs/>
          <w:sz w:val="28"/>
          <w:szCs w:val="28"/>
          <w:lang w:val="vi-VN"/>
        </w:rPr>
        <w:t>Về dự và chúc mừng Lễ Khai giảng</w:t>
      </w:r>
      <w:r w:rsidRPr="00C31850">
        <w:rPr>
          <w:rFonts w:ascii="Times New Roman" w:hAnsi="Times New Roman" w:cs="Times New Roman"/>
          <w:sz w:val="28"/>
          <w:szCs w:val="28"/>
          <w:lang w:val="vi-VN"/>
        </w:rPr>
        <w:t>, nhà trường vinh dự được đón tiếp các đồng chí lãnh đạo đại diện Đảng ủy, HĐND, UBND</w:t>
      </w:r>
      <w:r w:rsidR="008335C8">
        <w:rPr>
          <w:rFonts w:ascii="Times New Roman" w:hAnsi="Times New Roman" w:cs="Times New Roman"/>
          <w:sz w:val="28"/>
          <w:szCs w:val="28"/>
        </w:rPr>
        <w:t>, UBMTTQ</w:t>
      </w:r>
      <w:r w:rsidRPr="00C31850">
        <w:rPr>
          <w:rFonts w:ascii="Times New Roman" w:hAnsi="Times New Roman" w:cs="Times New Roman"/>
          <w:sz w:val="28"/>
          <w:szCs w:val="28"/>
          <w:lang w:val="vi-VN"/>
        </w:rPr>
        <w:t xml:space="preserve"> xã Yên Từ:</w:t>
      </w:r>
    </w:p>
    <w:p w14:paraId="26226645" w14:textId="218C33B4" w:rsidR="00C31850" w:rsidRPr="00C31850" w:rsidRDefault="008335C8" w:rsidP="008335C8">
      <w:pPr>
        <w:spacing w:after="0"/>
        <w:ind w:firstLine="360"/>
        <w:rPr>
          <w:rFonts w:ascii="Times New Roman" w:hAnsi="Times New Roman" w:cs="Times New Roman"/>
          <w:sz w:val="28"/>
          <w:szCs w:val="28"/>
          <w:lang w:val="vi-VN"/>
        </w:rPr>
      </w:pPr>
      <w:r>
        <w:rPr>
          <w:rFonts w:ascii="Times New Roman" w:hAnsi="Times New Roman" w:cs="Times New Roman"/>
          <w:sz w:val="28"/>
          <w:szCs w:val="28"/>
        </w:rPr>
        <w:t xml:space="preserve">* </w:t>
      </w:r>
      <w:r w:rsidR="00C31850" w:rsidRPr="00C31850">
        <w:rPr>
          <w:rFonts w:ascii="Times New Roman" w:hAnsi="Times New Roman" w:cs="Times New Roman"/>
          <w:sz w:val="28"/>
          <w:szCs w:val="28"/>
          <w:lang w:val="vi-VN"/>
        </w:rPr>
        <w:t xml:space="preserve">Đồng chí </w:t>
      </w:r>
      <w:r w:rsidR="00C31850" w:rsidRPr="00C31850">
        <w:rPr>
          <w:rFonts w:ascii="Times New Roman" w:hAnsi="Times New Roman" w:cs="Times New Roman"/>
          <w:b/>
          <w:bCs/>
          <w:sz w:val="28"/>
          <w:szCs w:val="28"/>
          <w:lang w:val="vi-VN"/>
        </w:rPr>
        <w:t>Vũ Văn Phúc</w:t>
      </w:r>
      <w:r w:rsidR="00C31850" w:rsidRPr="00C31850">
        <w:rPr>
          <w:rFonts w:ascii="Times New Roman" w:hAnsi="Times New Roman" w:cs="Times New Roman"/>
          <w:sz w:val="28"/>
          <w:szCs w:val="28"/>
          <w:lang w:val="vi-VN"/>
        </w:rPr>
        <w:t xml:space="preserve"> – Ủy viên Ban Thường vụ Đảng ủy, Phó Chủ tịch UBND xã;</w:t>
      </w:r>
    </w:p>
    <w:p w14:paraId="10BA31B9" w14:textId="453336C8" w:rsidR="00C31850" w:rsidRPr="00C31850" w:rsidRDefault="008335C8" w:rsidP="008335C8">
      <w:pPr>
        <w:spacing w:after="0"/>
        <w:ind w:firstLine="360"/>
        <w:rPr>
          <w:rFonts w:ascii="Times New Roman" w:hAnsi="Times New Roman" w:cs="Times New Roman"/>
          <w:sz w:val="28"/>
          <w:szCs w:val="28"/>
          <w:lang w:val="vi-VN"/>
        </w:rPr>
      </w:pPr>
      <w:r>
        <w:rPr>
          <w:rFonts w:ascii="Times New Roman" w:hAnsi="Times New Roman" w:cs="Times New Roman"/>
          <w:sz w:val="28"/>
          <w:szCs w:val="28"/>
        </w:rPr>
        <w:lastRenderedPageBreak/>
        <w:t xml:space="preserve">* </w:t>
      </w:r>
      <w:r w:rsidR="00C31850" w:rsidRPr="00C31850">
        <w:rPr>
          <w:rFonts w:ascii="Times New Roman" w:hAnsi="Times New Roman" w:cs="Times New Roman"/>
          <w:sz w:val="28"/>
          <w:szCs w:val="28"/>
          <w:lang w:val="vi-VN"/>
        </w:rPr>
        <w:t xml:space="preserve">Đồng chí </w:t>
      </w:r>
      <w:r w:rsidR="00C31850" w:rsidRPr="00C31850">
        <w:rPr>
          <w:rFonts w:ascii="Times New Roman" w:hAnsi="Times New Roman" w:cs="Times New Roman"/>
          <w:b/>
          <w:bCs/>
          <w:sz w:val="28"/>
          <w:szCs w:val="28"/>
          <w:lang w:val="vi-VN"/>
        </w:rPr>
        <w:t>Phạm Xuân Nguyên</w:t>
      </w:r>
      <w:r w:rsidR="00C31850" w:rsidRPr="00C31850">
        <w:rPr>
          <w:rFonts w:ascii="Times New Roman" w:hAnsi="Times New Roman" w:cs="Times New Roman"/>
          <w:sz w:val="28"/>
          <w:szCs w:val="28"/>
          <w:lang w:val="vi-VN"/>
        </w:rPr>
        <w:t xml:space="preserve"> – Đảng ủy viên, Phó Chủ tịch Ủy ban MTTQ Việt Nam xã, kiêm Chủ tịch Hội Cựu chiến binh xã;</w:t>
      </w:r>
    </w:p>
    <w:p w14:paraId="521232B7" w14:textId="42CB0B5C" w:rsidR="00C31850" w:rsidRPr="00C31850" w:rsidRDefault="008335C8" w:rsidP="008335C8">
      <w:pPr>
        <w:spacing w:after="0"/>
        <w:ind w:firstLine="360"/>
        <w:rPr>
          <w:rFonts w:ascii="Times New Roman" w:hAnsi="Times New Roman" w:cs="Times New Roman"/>
          <w:sz w:val="28"/>
          <w:szCs w:val="28"/>
          <w:lang w:val="vi-VN"/>
        </w:rPr>
      </w:pPr>
      <w:r>
        <w:rPr>
          <w:rFonts w:ascii="Times New Roman" w:hAnsi="Times New Roman" w:cs="Times New Roman"/>
          <w:sz w:val="28"/>
          <w:szCs w:val="28"/>
        </w:rPr>
        <w:t xml:space="preserve">* </w:t>
      </w:r>
      <w:r w:rsidR="00C31850" w:rsidRPr="00C31850">
        <w:rPr>
          <w:rFonts w:ascii="Times New Roman" w:hAnsi="Times New Roman" w:cs="Times New Roman"/>
          <w:sz w:val="28"/>
          <w:szCs w:val="28"/>
          <w:lang w:val="vi-VN"/>
        </w:rPr>
        <w:t xml:space="preserve">Đồng chí </w:t>
      </w:r>
      <w:r w:rsidR="00C31850" w:rsidRPr="00C31850">
        <w:rPr>
          <w:rFonts w:ascii="Times New Roman" w:hAnsi="Times New Roman" w:cs="Times New Roman"/>
          <w:b/>
          <w:bCs/>
          <w:sz w:val="28"/>
          <w:szCs w:val="28"/>
          <w:lang w:val="vi-VN"/>
        </w:rPr>
        <w:t>Phạm Đức Tuấn</w:t>
      </w:r>
      <w:r w:rsidR="00C31850" w:rsidRPr="00C31850">
        <w:rPr>
          <w:rFonts w:ascii="Times New Roman" w:hAnsi="Times New Roman" w:cs="Times New Roman"/>
          <w:sz w:val="28"/>
          <w:szCs w:val="28"/>
          <w:lang w:val="vi-VN"/>
        </w:rPr>
        <w:t xml:space="preserve"> – Đảng ủy viên, Phó Trưởng Ban Kinh tế – Ngân sách HĐND xã;</w:t>
      </w:r>
    </w:p>
    <w:p w14:paraId="1F306C47" w14:textId="2EEA4E66" w:rsidR="00C31850" w:rsidRPr="00C31850" w:rsidRDefault="008335C8" w:rsidP="008335C8">
      <w:pPr>
        <w:spacing w:after="0"/>
        <w:ind w:firstLine="360"/>
        <w:rPr>
          <w:rFonts w:ascii="Times New Roman" w:hAnsi="Times New Roman" w:cs="Times New Roman"/>
          <w:sz w:val="28"/>
          <w:szCs w:val="28"/>
          <w:lang w:val="vi-VN"/>
        </w:rPr>
      </w:pPr>
      <w:r>
        <w:rPr>
          <w:rFonts w:ascii="Times New Roman" w:hAnsi="Times New Roman" w:cs="Times New Roman"/>
          <w:sz w:val="28"/>
          <w:szCs w:val="28"/>
        </w:rPr>
        <w:t xml:space="preserve">* </w:t>
      </w:r>
      <w:r w:rsidR="00C31850" w:rsidRPr="00C31850">
        <w:rPr>
          <w:rFonts w:ascii="Times New Roman" w:hAnsi="Times New Roman" w:cs="Times New Roman"/>
          <w:sz w:val="28"/>
          <w:szCs w:val="28"/>
          <w:lang w:val="vi-VN"/>
        </w:rPr>
        <w:t>Cùng các đồng chí đại diện các ban, ngành, đoàn thể xã Yên Từ, Ban đại diện cha mẹ học sinh và đông đảo quý phụ huynh học sinh.</w:t>
      </w:r>
    </w:p>
    <w:p w14:paraId="6842A5CC" w14:textId="34CE3504" w:rsidR="00AF3ABE" w:rsidRDefault="00B40407" w:rsidP="00784137">
      <w:pPr>
        <w:spacing w:after="0"/>
        <w:rPr>
          <w:rFonts w:ascii="Segoe UI Emoji" w:hAnsi="Segoe UI Emoji" w:cs="Segoe UI Emoji"/>
          <w:sz w:val="28"/>
          <w:szCs w:val="28"/>
        </w:rPr>
      </w:pPr>
      <w:r>
        <w:rPr>
          <w:rFonts w:ascii="Segoe UI Emoji" w:hAnsi="Segoe UI Emoji" w:cs="Segoe UI Emoji"/>
          <w:noProof/>
          <w:sz w:val="28"/>
          <w:szCs w:val="28"/>
        </w:rPr>
        <w:drawing>
          <wp:inline distT="0" distB="0" distL="0" distR="0" wp14:anchorId="217379AD" wp14:editId="2EB4C706">
            <wp:extent cx="5875919" cy="3305204"/>
            <wp:effectExtent l="0" t="0" r="0" b="0"/>
            <wp:docPr id="720096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6435" cy="3316744"/>
                    </a:xfrm>
                    <a:prstGeom prst="rect">
                      <a:avLst/>
                    </a:prstGeom>
                    <a:noFill/>
                  </pic:spPr>
                </pic:pic>
              </a:graphicData>
            </a:graphic>
          </wp:inline>
        </w:drawing>
      </w:r>
    </w:p>
    <w:p w14:paraId="1311AB64" w14:textId="77777777" w:rsidR="00B40407" w:rsidRDefault="00B40407" w:rsidP="00784137">
      <w:pPr>
        <w:spacing w:after="0"/>
        <w:rPr>
          <w:rFonts w:ascii="Times New Roman" w:hAnsi="Times New Roman" w:cs="Times New Roman"/>
          <w:sz w:val="28"/>
          <w:szCs w:val="28"/>
        </w:rPr>
      </w:pPr>
    </w:p>
    <w:p w14:paraId="2B3B3086" w14:textId="64D55DD5" w:rsidR="00B40407" w:rsidRDefault="00B40407" w:rsidP="00784137">
      <w:pPr>
        <w:spacing w:after="0"/>
        <w:rPr>
          <w:rFonts w:ascii="Times New Roman" w:hAnsi="Times New Roman" w:cs="Times New Roman"/>
          <w:sz w:val="28"/>
          <w:szCs w:val="28"/>
        </w:rPr>
      </w:pPr>
      <w:r w:rsidRPr="00B40407">
        <w:rPr>
          <w:rFonts w:ascii="Times New Roman" w:hAnsi="Times New Roman" w:cs="Times New Roman"/>
          <w:noProof/>
          <w:sz w:val="28"/>
          <w:szCs w:val="28"/>
        </w:rPr>
        <w:drawing>
          <wp:inline distT="0" distB="0" distL="0" distR="0" wp14:anchorId="687DA2AC" wp14:editId="6527184E">
            <wp:extent cx="5943600" cy="3343275"/>
            <wp:effectExtent l="0" t="0" r="0" b="9525"/>
            <wp:docPr id="179979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797267" name=""/>
                    <pic:cNvPicPr/>
                  </pic:nvPicPr>
                  <pic:blipFill>
                    <a:blip r:embed="rId10"/>
                    <a:stretch>
                      <a:fillRect/>
                    </a:stretch>
                  </pic:blipFill>
                  <pic:spPr>
                    <a:xfrm>
                      <a:off x="0" y="0"/>
                      <a:ext cx="5943600" cy="3343275"/>
                    </a:xfrm>
                    <a:prstGeom prst="rect">
                      <a:avLst/>
                    </a:prstGeom>
                  </pic:spPr>
                </pic:pic>
              </a:graphicData>
            </a:graphic>
          </wp:inline>
        </w:drawing>
      </w:r>
    </w:p>
    <w:p w14:paraId="4FC54B92" w14:textId="49898473" w:rsidR="00784137" w:rsidRDefault="00784137" w:rsidP="00B40407">
      <w:pPr>
        <w:spacing w:after="0"/>
        <w:rPr>
          <w:rFonts w:ascii="Times New Roman" w:hAnsi="Times New Roman" w:cs="Times New Roman"/>
          <w:sz w:val="28"/>
          <w:szCs w:val="28"/>
        </w:rPr>
      </w:pPr>
      <w:r w:rsidRPr="00784137">
        <w:rPr>
          <w:rFonts w:ascii="Times New Roman" w:hAnsi="Times New Roman" w:cs="Times New Roman"/>
          <w:sz w:val="28"/>
          <w:szCs w:val="28"/>
          <w:lang w:val="vi-VN"/>
        </w:rPr>
        <w:lastRenderedPageBreak/>
        <w:t>Sự hiện diện, quan tâm và những tình cảm quý báu của các cấp lãnh đạo, cha mẹ học sinh là nguồn động viên to lớn, tiếp thêm niềm tin và động lực để tập thể nhà trường không ngừng nỗ lực, phấn đấu, hoàn thành tốt nhiệm vụ trong năm học</w:t>
      </w:r>
      <w:r w:rsidR="00B40407">
        <w:rPr>
          <w:rFonts w:ascii="Times New Roman" w:hAnsi="Times New Roman" w:cs="Times New Roman"/>
          <w:sz w:val="28"/>
          <w:szCs w:val="28"/>
        </w:rPr>
        <w:t>.</w:t>
      </w:r>
    </w:p>
    <w:p w14:paraId="2D23B27C" w14:textId="3F59CB0A" w:rsidR="00B40407" w:rsidRDefault="009D5414" w:rsidP="00B40407">
      <w:pPr>
        <w:spacing w:after="0"/>
        <w:rPr>
          <w:rFonts w:ascii="Times New Roman" w:hAnsi="Times New Roman" w:cs="Times New Roman"/>
          <w:sz w:val="28"/>
          <w:szCs w:val="28"/>
        </w:rPr>
      </w:pPr>
      <w:r w:rsidRPr="009D5414">
        <w:rPr>
          <w:rFonts w:ascii="Times New Roman" w:hAnsi="Times New Roman" w:cs="Times New Roman"/>
          <w:noProof/>
          <w:sz w:val="28"/>
          <w:szCs w:val="28"/>
        </w:rPr>
        <w:drawing>
          <wp:inline distT="0" distB="0" distL="0" distR="0" wp14:anchorId="72CF207D" wp14:editId="5E56C037">
            <wp:extent cx="5943600" cy="3343275"/>
            <wp:effectExtent l="0" t="0" r="0" b="9525"/>
            <wp:docPr id="466459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59034" name=""/>
                    <pic:cNvPicPr/>
                  </pic:nvPicPr>
                  <pic:blipFill>
                    <a:blip r:embed="rId11"/>
                    <a:stretch>
                      <a:fillRect/>
                    </a:stretch>
                  </pic:blipFill>
                  <pic:spPr>
                    <a:xfrm>
                      <a:off x="0" y="0"/>
                      <a:ext cx="5943600" cy="3343275"/>
                    </a:xfrm>
                    <a:prstGeom prst="rect">
                      <a:avLst/>
                    </a:prstGeom>
                  </pic:spPr>
                </pic:pic>
              </a:graphicData>
            </a:graphic>
          </wp:inline>
        </w:drawing>
      </w:r>
    </w:p>
    <w:p w14:paraId="6BCD50A6" w14:textId="5DB2457C" w:rsidR="00AF7554" w:rsidRDefault="00AF7554" w:rsidP="00B40407">
      <w:pPr>
        <w:spacing w:after="0"/>
        <w:rPr>
          <w:rFonts w:ascii="Times New Roman" w:hAnsi="Times New Roman" w:cs="Times New Roman"/>
          <w:sz w:val="28"/>
          <w:szCs w:val="28"/>
        </w:rPr>
      </w:pPr>
      <w:r w:rsidRPr="00AF7554">
        <w:rPr>
          <w:rFonts w:ascii="Times New Roman" w:hAnsi="Times New Roman" w:cs="Times New Roman"/>
          <w:noProof/>
          <w:sz w:val="28"/>
          <w:szCs w:val="28"/>
        </w:rPr>
        <w:drawing>
          <wp:inline distT="0" distB="0" distL="0" distR="0" wp14:anchorId="1B20A01C" wp14:editId="036B6FEE">
            <wp:extent cx="5943600" cy="4453255"/>
            <wp:effectExtent l="0" t="0" r="0" b="4445"/>
            <wp:docPr id="2071538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538165" name=""/>
                    <pic:cNvPicPr/>
                  </pic:nvPicPr>
                  <pic:blipFill>
                    <a:blip r:embed="rId12"/>
                    <a:stretch>
                      <a:fillRect/>
                    </a:stretch>
                  </pic:blipFill>
                  <pic:spPr>
                    <a:xfrm>
                      <a:off x="0" y="0"/>
                      <a:ext cx="5943600" cy="4453255"/>
                    </a:xfrm>
                    <a:prstGeom prst="rect">
                      <a:avLst/>
                    </a:prstGeom>
                  </pic:spPr>
                </pic:pic>
              </a:graphicData>
            </a:graphic>
          </wp:inline>
        </w:drawing>
      </w:r>
    </w:p>
    <w:p w14:paraId="69CBA33E" w14:textId="36C19B3F" w:rsidR="00553623" w:rsidRPr="00B40407" w:rsidRDefault="00553623" w:rsidP="00B40407">
      <w:pPr>
        <w:spacing w:after="0"/>
        <w:rPr>
          <w:rFonts w:ascii="Times New Roman" w:hAnsi="Times New Roman" w:cs="Times New Roman"/>
          <w:sz w:val="28"/>
          <w:szCs w:val="28"/>
        </w:rPr>
      </w:pPr>
      <w:r w:rsidRPr="00553623">
        <w:rPr>
          <w:rFonts w:ascii="Times New Roman" w:hAnsi="Times New Roman" w:cs="Times New Roman"/>
          <w:noProof/>
          <w:sz w:val="28"/>
          <w:szCs w:val="28"/>
        </w:rPr>
        <w:lastRenderedPageBreak/>
        <w:drawing>
          <wp:inline distT="0" distB="0" distL="0" distR="0" wp14:anchorId="3C6D8768" wp14:editId="5FC96342">
            <wp:extent cx="5943600" cy="4457700"/>
            <wp:effectExtent l="0" t="0" r="0" b="0"/>
            <wp:docPr id="171965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5010" name=""/>
                    <pic:cNvPicPr/>
                  </pic:nvPicPr>
                  <pic:blipFill>
                    <a:blip r:embed="rId13"/>
                    <a:stretch>
                      <a:fillRect/>
                    </a:stretch>
                  </pic:blipFill>
                  <pic:spPr>
                    <a:xfrm>
                      <a:off x="0" y="0"/>
                      <a:ext cx="5943600" cy="4457700"/>
                    </a:xfrm>
                    <a:prstGeom prst="rect">
                      <a:avLst/>
                    </a:prstGeom>
                  </pic:spPr>
                </pic:pic>
              </a:graphicData>
            </a:graphic>
          </wp:inline>
        </w:drawing>
      </w:r>
    </w:p>
    <w:p w14:paraId="7BE62CF5" w14:textId="77777777" w:rsidR="00AF7554" w:rsidRDefault="00553623" w:rsidP="00784137">
      <w:pPr>
        <w:spacing w:after="0"/>
        <w:rPr>
          <w:rFonts w:ascii="Segoe UI Emoji" w:hAnsi="Segoe UI Emoji" w:cs="Segoe UI Emoji"/>
          <w:sz w:val="28"/>
          <w:szCs w:val="28"/>
        </w:rPr>
      </w:pPr>
      <w:r w:rsidRPr="00553623">
        <w:rPr>
          <w:rFonts w:ascii="Segoe UI Emoji" w:hAnsi="Segoe UI Emoji" w:cs="Segoe UI Emoji"/>
          <w:noProof/>
          <w:sz w:val="28"/>
          <w:szCs w:val="28"/>
          <w:lang w:val="vi-VN"/>
        </w:rPr>
        <w:drawing>
          <wp:inline distT="0" distB="0" distL="0" distR="0" wp14:anchorId="168495C5" wp14:editId="47F0F260">
            <wp:extent cx="5943600" cy="3345180"/>
            <wp:effectExtent l="0" t="0" r="0" b="7620"/>
            <wp:docPr id="22958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82643" name=""/>
                    <pic:cNvPicPr/>
                  </pic:nvPicPr>
                  <pic:blipFill>
                    <a:blip r:embed="rId14"/>
                    <a:stretch>
                      <a:fillRect/>
                    </a:stretch>
                  </pic:blipFill>
                  <pic:spPr>
                    <a:xfrm>
                      <a:off x="0" y="0"/>
                      <a:ext cx="5943600" cy="3345180"/>
                    </a:xfrm>
                    <a:prstGeom prst="rect">
                      <a:avLst/>
                    </a:prstGeom>
                  </pic:spPr>
                </pic:pic>
              </a:graphicData>
            </a:graphic>
          </wp:inline>
        </w:drawing>
      </w:r>
    </w:p>
    <w:p w14:paraId="012DA8A4" w14:textId="77777777" w:rsidR="0063148F" w:rsidRDefault="00AF7554" w:rsidP="00784137">
      <w:pPr>
        <w:spacing w:after="0"/>
        <w:rPr>
          <w:rFonts w:ascii="Segoe UI Emoji" w:hAnsi="Segoe UI Emoji" w:cs="Segoe UI Emoji"/>
          <w:sz w:val="28"/>
          <w:szCs w:val="28"/>
        </w:rPr>
      </w:pPr>
      <w:r w:rsidRPr="00AF7554">
        <w:rPr>
          <w:rFonts w:ascii="Segoe UI Emoji" w:hAnsi="Segoe UI Emoji" w:cs="Segoe UI Emoji"/>
          <w:noProof/>
          <w:sz w:val="28"/>
          <w:szCs w:val="28"/>
          <w:lang w:val="vi-VN"/>
        </w:rPr>
        <w:lastRenderedPageBreak/>
        <w:drawing>
          <wp:inline distT="0" distB="0" distL="0" distR="0" wp14:anchorId="137C56C4" wp14:editId="05A8DA1B">
            <wp:extent cx="5943600" cy="4457700"/>
            <wp:effectExtent l="0" t="0" r="0" b="0"/>
            <wp:docPr id="1883089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89428" name=""/>
                    <pic:cNvPicPr/>
                  </pic:nvPicPr>
                  <pic:blipFill>
                    <a:blip r:embed="rId15"/>
                    <a:stretch>
                      <a:fillRect/>
                    </a:stretch>
                  </pic:blipFill>
                  <pic:spPr>
                    <a:xfrm>
                      <a:off x="0" y="0"/>
                      <a:ext cx="5943600" cy="4457700"/>
                    </a:xfrm>
                    <a:prstGeom prst="rect">
                      <a:avLst/>
                    </a:prstGeom>
                  </pic:spPr>
                </pic:pic>
              </a:graphicData>
            </a:graphic>
          </wp:inline>
        </w:drawing>
      </w:r>
    </w:p>
    <w:p w14:paraId="00527D55" w14:textId="71210D64" w:rsidR="00784137" w:rsidRPr="00784137" w:rsidRDefault="00784137" w:rsidP="0074085C">
      <w:pPr>
        <w:spacing w:after="0"/>
        <w:jc w:val="both"/>
        <w:rPr>
          <w:rFonts w:ascii="Times New Roman" w:hAnsi="Times New Roman" w:cs="Times New Roman"/>
          <w:sz w:val="28"/>
          <w:szCs w:val="28"/>
          <w:lang w:val="vi-VN"/>
        </w:rPr>
      </w:pPr>
      <w:r w:rsidRPr="00784137">
        <w:rPr>
          <w:rFonts w:ascii="Segoe UI Emoji" w:hAnsi="Segoe UI Emoji" w:cs="Segoe UI Emoji"/>
          <w:sz w:val="28"/>
          <w:szCs w:val="28"/>
          <w:lang w:val="vi-VN"/>
        </w:rPr>
        <w:t>🎉</w:t>
      </w:r>
      <w:r w:rsidRPr="00784137">
        <w:rPr>
          <w:rFonts w:ascii="Times New Roman" w:hAnsi="Times New Roman" w:cs="Times New Roman"/>
          <w:sz w:val="28"/>
          <w:szCs w:val="28"/>
          <w:lang w:val="vi-VN"/>
        </w:rPr>
        <w:t xml:space="preserve">Năm học </w:t>
      </w:r>
      <w:r w:rsidRPr="00784137">
        <w:rPr>
          <w:rFonts w:ascii="Times New Roman" w:hAnsi="Times New Roman" w:cs="Times New Roman"/>
          <w:b/>
          <w:bCs/>
          <w:sz w:val="28"/>
          <w:szCs w:val="28"/>
          <w:lang w:val="vi-VN"/>
        </w:rPr>
        <w:t>2026</w:t>
      </w:r>
      <w:r w:rsidR="003F4EF8">
        <w:rPr>
          <w:rFonts w:ascii="Times New Roman" w:hAnsi="Times New Roman" w:cs="Times New Roman"/>
          <w:b/>
          <w:bCs/>
          <w:sz w:val="28"/>
          <w:szCs w:val="28"/>
        </w:rPr>
        <w:t xml:space="preserve"> - </w:t>
      </w:r>
      <w:r w:rsidRPr="00784137">
        <w:rPr>
          <w:rFonts w:ascii="Times New Roman" w:hAnsi="Times New Roman" w:cs="Times New Roman"/>
          <w:b/>
          <w:bCs/>
          <w:sz w:val="28"/>
          <w:szCs w:val="28"/>
          <w:lang w:val="vi-VN"/>
        </w:rPr>
        <w:t>2027</w:t>
      </w:r>
      <w:r w:rsidRPr="00784137">
        <w:rPr>
          <w:rFonts w:ascii="Times New Roman" w:hAnsi="Times New Roman" w:cs="Times New Roman"/>
          <w:sz w:val="28"/>
          <w:szCs w:val="28"/>
          <w:lang w:val="vi-VN"/>
        </w:rPr>
        <w:t xml:space="preserve"> mang một dấu ấn thật đặc biệt</w:t>
      </w:r>
      <w:r w:rsidR="00BF3BF5">
        <w:rPr>
          <w:rFonts w:ascii="Segoe UI Emoji" w:hAnsi="Segoe UI Emoji" w:cs="Segoe UI Emoji"/>
          <w:sz w:val="28"/>
          <w:szCs w:val="28"/>
        </w:rPr>
        <w:t>,</w:t>
      </w:r>
      <w:r w:rsidR="0074085C">
        <w:rPr>
          <w:rFonts w:ascii="Segoe UI Emoji" w:hAnsi="Segoe UI Emoji" w:cs="Segoe UI Emoji"/>
          <w:sz w:val="28"/>
          <w:szCs w:val="28"/>
        </w:rPr>
        <w:t xml:space="preserve"> </w:t>
      </w:r>
      <w:r w:rsidRPr="00784137">
        <w:rPr>
          <w:rFonts w:ascii="Times New Roman" w:hAnsi="Times New Roman" w:cs="Times New Roman"/>
          <w:sz w:val="28"/>
          <w:szCs w:val="28"/>
          <w:lang w:val="vi-VN"/>
        </w:rPr>
        <w:t xml:space="preserve">đây </w:t>
      </w:r>
      <w:r w:rsidRPr="003F4EF8">
        <w:rPr>
          <w:rFonts w:ascii="Times New Roman" w:hAnsi="Times New Roman" w:cs="Times New Roman"/>
          <w:sz w:val="28"/>
          <w:szCs w:val="28"/>
          <w:lang w:val="vi-VN"/>
        </w:rPr>
        <w:t>là năm học đầu tiên nhà trường chính thức mang tên</w:t>
      </w:r>
      <w:r w:rsidRPr="00784137">
        <w:rPr>
          <w:rFonts w:ascii="Times New Roman" w:hAnsi="Times New Roman" w:cs="Times New Roman"/>
          <w:b/>
          <w:bCs/>
          <w:sz w:val="28"/>
          <w:szCs w:val="28"/>
          <w:lang w:val="vi-VN"/>
        </w:rPr>
        <w:t xml:space="preserve"> Trường Tiểu học Yên Từ A</w:t>
      </w:r>
      <w:r w:rsidRPr="00784137">
        <w:rPr>
          <w:rFonts w:ascii="Times New Roman" w:hAnsi="Times New Roman" w:cs="Times New Roman"/>
          <w:sz w:val="28"/>
          <w:szCs w:val="28"/>
          <w:lang w:val="vi-VN"/>
        </w:rPr>
        <w:t>.</w:t>
      </w:r>
      <w:r w:rsidR="003F4EF8">
        <w:rPr>
          <w:rFonts w:ascii="Times New Roman" w:hAnsi="Times New Roman" w:cs="Times New Roman"/>
          <w:sz w:val="28"/>
          <w:szCs w:val="28"/>
        </w:rPr>
        <w:t xml:space="preserve"> </w:t>
      </w:r>
      <w:r w:rsidRPr="00784137">
        <w:rPr>
          <w:rFonts w:ascii="Times New Roman" w:hAnsi="Times New Roman" w:cs="Times New Roman"/>
          <w:sz w:val="28"/>
          <w:szCs w:val="28"/>
          <w:lang w:val="vi-VN"/>
        </w:rPr>
        <w:t>Tên gọi mới mở ra một chặng đường mới, nhưng truyền thống tốt đẹp vẫn luôn được gìn giữ và tiếp nối.</w:t>
      </w:r>
    </w:p>
    <w:p w14:paraId="21D1E315" w14:textId="77777777" w:rsidR="00784137" w:rsidRPr="00784137" w:rsidRDefault="00784137" w:rsidP="0074085C">
      <w:pPr>
        <w:spacing w:after="0"/>
        <w:jc w:val="both"/>
        <w:rPr>
          <w:rFonts w:ascii="Times New Roman" w:hAnsi="Times New Roman" w:cs="Times New Roman"/>
          <w:sz w:val="28"/>
          <w:szCs w:val="28"/>
          <w:lang w:val="vi-VN"/>
        </w:rPr>
      </w:pPr>
      <w:r w:rsidRPr="00784137">
        <w:rPr>
          <w:rFonts w:ascii="Segoe UI Emoji" w:hAnsi="Segoe UI Emoji" w:cs="Segoe UI Emoji"/>
          <w:sz w:val="28"/>
          <w:szCs w:val="28"/>
          <w:lang w:val="vi-VN"/>
        </w:rPr>
        <w:t>🌱</w:t>
      </w:r>
      <w:r w:rsidRPr="00784137">
        <w:rPr>
          <w:rFonts w:ascii="Times New Roman" w:hAnsi="Times New Roman" w:cs="Times New Roman"/>
          <w:sz w:val="28"/>
          <w:szCs w:val="28"/>
          <w:lang w:val="vi-VN"/>
        </w:rPr>
        <w:t xml:space="preserve"> Từ nền tảng được vun đắp dưới mái trường </w:t>
      </w:r>
      <w:r w:rsidRPr="00784137">
        <w:rPr>
          <w:rFonts w:ascii="Times New Roman" w:hAnsi="Times New Roman" w:cs="Times New Roman"/>
          <w:b/>
          <w:bCs/>
          <w:sz w:val="28"/>
          <w:szCs w:val="28"/>
          <w:lang w:val="vi-VN"/>
        </w:rPr>
        <w:t>Tiểu học Yên Nhân</w:t>
      </w:r>
      <w:r w:rsidRPr="00784137">
        <w:rPr>
          <w:rFonts w:ascii="Times New Roman" w:hAnsi="Times New Roman" w:cs="Times New Roman"/>
          <w:sz w:val="28"/>
          <w:szCs w:val="28"/>
          <w:lang w:val="vi-VN"/>
        </w:rPr>
        <w:t xml:space="preserve"> thân yêu, tập thể cán bộ, giáo viên, nhân viên và học sinh </w:t>
      </w:r>
      <w:r w:rsidRPr="00784137">
        <w:rPr>
          <w:rFonts w:ascii="Times New Roman" w:hAnsi="Times New Roman" w:cs="Times New Roman"/>
          <w:b/>
          <w:bCs/>
          <w:sz w:val="28"/>
          <w:szCs w:val="28"/>
          <w:lang w:val="vi-VN"/>
        </w:rPr>
        <w:t>Trường Tiểu học Yên Từ A</w:t>
      </w:r>
      <w:r w:rsidRPr="00784137">
        <w:rPr>
          <w:rFonts w:ascii="Times New Roman" w:hAnsi="Times New Roman" w:cs="Times New Roman"/>
          <w:sz w:val="28"/>
          <w:szCs w:val="28"/>
          <w:lang w:val="vi-VN"/>
        </w:rPr>
        <w:t xml:space="preserve"> hôm nay cùng chung một niềm tin, một quyết tâm:</w:t>
      </w:r>
    </w:p>
    <w:p w14:paraId="0C016025" w14:textId="77777777" w:rsidR="00784137" w:rsidRDefault="00784137" w:rsidP="0074085C">
      <w:pPr>
        <w:spacing w:after="0"/>
        <w:rPr>
          <w:rFonts w:ascii="Times New Roman" w:hAnsi="Times New Roman" w:cs="Times New Roman"/>
          <w:b/>
          <w:bCs/>
          <w:sz w:val="26"/>
          <w:szCs w:val="26"/>
        </w:rPr>
      </w:pPr>
      <w:r w:rsidRPr="00BF3BF5">
        <w:rPr>
          <w:rFonts w:ascii="Segoe UI Emoji" w:hAnsi="Segoe UI Emoji" w:cs="Segoe UI Emoji"/>
          <w:sz w:val="26"/>
          <w:szCs w:val="26"/>
          <w:lang w:val="vi-VN"/>
        </w:rPr>
        <w:t>✨</w:t>
      </w:r>
      <w:r w:rsidRPr="00BF3BF5">
        <w:rPr>
          <w:rFonts w:ascii="Times New Roman" w:hAnsi="Times New Roman" w:cs="Times New Roman"/>
          <w:sz w:val="26"/>
          <w:szCs w:val="26"/>
          <w:lang w:val="vi-VN"/>
        </w:rPr>
        <w:t xml:space="preserve"> </w:t>
      </w:r>
      <w:r w:rsidRPr="00BF3BF5">
        <w:rPr>
          <w:rFonts w:ascii="Times New Roman" w:hAnsi="Times New Roman" w:cs="Times New Roman"/>
          <w:b/>
          <w:bCs/>
          <w:sz w:val="26"/>
          <w:szCs w:val="26"/>
          <w:lang w:val="vi-VN"/>
        </w:rPr>
        <w:t>ĐOÀN KẾT – TRÁCH NHIỆM – ĐỔI MỚI – SÁNG TẠO</w:t>
      </w:r>
    </w:p>
    <w:p w14:paraId="0E8F49E5" w14:textId="4BBA2D3D" w:rsidR="0074085C" w:rsidRPr="0074085C" w:rsidRDefault="0074085C" w:rsidP="00784137">
      <w:pPr>
        <w:spacing w:after="0"/>
        <w:rPr>
          <w:rFonts w:ascii="Times New Roman" w:hAnsi="Times New Roman" w:cs="Times New Roman"/>
          <w:sz w:val="26"/>
          <w:szCs w:val="26"/>
        </w:rPr>
      </w:pPr>
      <w:r w:rsidRPr="0074085C">
        <w:rPr>
          <w:rFonts w:ascii="Times New Roman" w:hAnsi="Times New Roman" w:cs="Times New Roman"/>
          <w:sz w:val="26"/>
          <w:szCs w:val="26"/>
          <w:lang w:val="vi-VN"/>
        </w:rPr>
        <w:t xml:space="preserve">Nhà trường tiếp tục nỗ lực nâng cao chất lượng giáo dục; xây dựng môi trường học tập </w:t>
      </w:r>
      <w:r w:rsidRPr="0074085C">
        <w:rPr>
          <w:rFonts w:ascii="Times New Roman" w:hAnsi="Times New Roman" w:cs="Times New Roman"/>
          <w:b/>
          <w:bCs/>
          <w:sz w:val="26"/>
          <w:szCs w:val="26"/>
          <w:lang w:val="vi-VN"/>
        </w:rPr>
        <w:t>thân thiện – hạnh phúc – an toàn – giàu yêu thương</w:t>
      </w:r>
      <w:r w:rsidRPr="0074085C">
        <w:rPr>
          <w:rFonts w:ascii="Times New Roman" w:hAnsi="Times New Roman" w:cs="Times New Roman"/>
          <w:sz w:val="26"/>
          <w:szCs w:val="26"/>
          <w:lang w:val="vi-VN"/>
        </w:rPr>
        <w:t>, tạo điều kiện để mỗi học sinh được phát triển toàn diện, tự tin khám phá và vươn lên.</w:t>
      </w:r>
    </w:p>
    <w:p w14:paraId="687ECC33" w14:textId="77777777" w:rsidR="009D5414" w:rsidRDefault="009D5414" w:rsidP="00784137">
      <w:pPr>
        <w:spacing w:after="0"/>
        <w:rPr>
          <w:rFonts w:ascii="Segoe UI Emoji" w:hAnsi="Segoe UI Emoji" w:cs="Segoe UI Emoji"/>
          <w:sz w:val="28"/>
          <w:szCs w:val="28"/>
        </w:rPr>
      </w:pPr>
      <w:r w:rsidRPr="00AF3ABE">
        <w:rPr>
          <w:rFonts w:ascii="Times New Roman" w:hAnsi="Times New Roman" w:cs="Times New Roman"/>
          <w:noProof/>
          <w:sz w:val="28"/>
          <w:szCs w:val="28"/>
        </w:rPr>
        <w:lastRenderedPageBreak/>
        <w:drawing>
          <wp:inline distT="0" distB="0" distL="0" distR="0" wp14:anchorId="20A21D4D" wp14:editId="1EF6C98D">
            <wp:extent cx="5943600" cy="3343275"/>
            <wp:effectExtent l="0" t="0" r="0" b="9525"/>
            <wp:docPr id="115064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49549" name=""/>
                    <pic:cNvPicPr/>
                  </pic:nvPicPr>
                  <pic:blipFill>
                    <a:blip r:embed="rId16"/>
                    <a:stretch>
                      <a:fillRect/>
                    </a:stretch>
                  </pic:blipFill>
                  <pic:spPr>
                    <a:xfrm>
                      <a:off x="0" y="0"/>
                      <a:ext cx="5943600" cy="3343275"/>
                    </a:xfrm>
                    <a:prstGeom prst="rect">
                      <a:avLst/>
                    </a:prstGeom>
                  </pic:spPr>
                </pic:pic>
              </a:graphicData>
            </a:graphic>
          </wp:inline>
        </w:drawing>
      </w:r>
    </w:p>
    <w:p w14:paraId="352A252C" w14:textId="77777777" w:rsidR="00F233FC" w:rsidRDefault="009D5414" w:rsidP="00784137">
      <w:pPr>
        <w:spacing w:after="0"/>
        <w:rPr>
          <w:rFonts w:ascii="Segoe UI Emoji" w:hAnsi="Segoe UI Emoji" w:cs="Segoe UI Emoji"/>
          <w:sz w:val="28"/>
          <w:szCs w:val="28"/>
        </w:rPr>
      </w:pPr>
      <w:r w:rsidRPr="00AF3ABE">
        <w:rPr>
          <w:rFonts w:ascii="Times New Roman" w:hAnsi="Times New Roman" w:cs="Times New Roman"/>
          <w:noProof/>
          <w:sz w:val="28"/>
          <w:szCs w:val="28"/>
        </w:rPr>
        <w:drawing>
          <wp:inline distT="0" distB="0" distL="0" distR="0" wp14:anchorId="5BF730F4" wp14:editId="02B02052">
            <wp:extent cx="5943600" cy="3732028"/>
            <wp:effectExtent l="0" t="0" r="0" b="1905"/>
            <wp:docPr id="4972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26187" name=""/>
                    <pic:cNvPicPr/>
                  </pic:nvPicPr>
                  <pic:blipFill>
                    <a:blip r:embed="rId17"/>
                    <a:stretch>
                      <a:fillRect/>
                    </a:stretch>
                  </pic:blipFill>
                  <pic:spPr>
                    <a:xfrm>
                      <a:off x="0" y="0"/>
                      <a:ext cx="5954102" cy="3738622"/>
                    </a:xfrm>
                    <a:prstGeom prst="rect">
                      <a:avLst/>
                    </a:prstGeom>
                  </pic:spPr>
                </pic:pic>
              </a:graphicData>
            </a:graphic>
          </wp:inline>
        </w:drawing>
      </w:r>
    </w:p>
    <w:p w14:paraId="7EF334DC" w14:textId="08C7BCA7" w:rsidR="0063148F" w:rsidRDefault="0063148F" w:rsidP="00784137">
      <w:pPr>
        <w:spacing w:after="0"/>
        <w:rPr>
          <w:rFonts w:ascii="Times New Roman" w:hAnsi="Times New Roman" w:cs="Times New Roman"/>
          <w:sz w:val="28"/>
          <w:szCs w:val="28"/>
        </w:rPr>
      </w:pPr>
      <w:r w:rsidRPr="0063148F">
        <w:rPr>
          <w:rFonts w:ascii="Times New Roman" w:hAnsi="Times New Roman" w:cs="Times New Roman"/>
          <w:noProof/>
          <w:sz w:val="28"/>
          <w:szCs w:val="28"/>
        </w:rPr>
        <w:lastRenderedPageBreak/>
        <w:drawing>
          <wp:inline distT="0" distB="0" distL="0" distR="0" wp14:anchorId="719D0C96" wp14:editId="29B963B2">
            <wp:extent cx="5752214" cy="3944620"/>
            <wp:effectExtent l="0" t="0" r="1270" b="0"/>
            <wp:docPr id="1240847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47977" name=""/>
                    <pic:cNvPicPr/>
                  </pic:nvPicPr>
                  <pic:blipFill>
                    <a:blip r:embed="rId18"/>
                    <a:stretch>
                      <a:fillRect/>
                    </a:stretch>
                  </pic:blipFill>
                  <pic:spPr>
                    <a:xfrm>
                      <a:off x="0" y="0"/>
                      <a:ext cx="5764008" cy="3952708"/>
                    </a:xfrm>
                    <a:prstGeom prst="rect">
                      <a:avLst/>
                    </a:prstGeom>
                  </pic:spPr>
                </pic:pic>
              </a:graphicData>
            </a:graphic>
          </wp:inline>
        </w:drawing>
      </w:r>
    </w:p>
    <w:p w14:paraId="577B30D4" w14:textId="77777777" w:rsidR="0063148F" w:rsidRDefault="0063148F" w:rsidP="00784137">
      <w:pPr>
        <w:spacing w:after="0"/>
        <w:rPr>
          <w:rFonts w:ascii="Times New Roman" w:hAnsi="Times New Roman" w:cs="Times New Roman"/>
          <w:sz w:val="28"/>
          <w:szCs w:val="28"/>
        </w:rPr>
      </w:pPr>
    </w:p>
    <w:p w14:paraId="0B9DFDA2" w14:textId="3F6C2CC3" w:rsidR="0063148F" w:rsidRDefault="0063148F" w:rsidP="00784137">
      <w:pPr>
        <w:spacing w:after="0"/>
        <w:rPr>
          <w:rFonts w:ascii="Times New Roman" w:hAnsi="Times New Roman" w:cs="Times New Roman"/>
          <w:sz w:val="28"/>
          <w:szCs w:val="28"/>
        </w:rPr>
      </w:pPr>
      <w:r w:rsidRPr="0063148F">
        <w:rPr>
          <w:rFonts w:ascii="Times New Roman" w:hAnsi="Times New Roman" w:cs="Times New Roman"/>
          <w:noProof/>
          <w:sz w:val="28"/>
          <w:szCs w:val="28"/>
        </w:rPr>
        <w:drawing>
          <wp:inline distT="0" distB="0" distL="0" distR="0" wp14:anchorId="33FDFE1F" wp14:editId="26BE3D2C">
            <wp:extent cx="5826643" cy="4369982"/>
            <wp:effectExtent l="0" t="0" r="3175" b="0"/>
            <wp:docPr id="46520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205785" name=""/>
                    <pic:cNvPicPr/>
                  </pic:nvPicPr>
                  <pic:blipFill>
                    <a:blip r:embed="rId19"/>
                    <a:stretch>
                      <a:fillRect/>
                    </a:stretch>
                  </pic:blipFill>
                  <pic:spPr>
                    <a:xfrm>
                      <a:off x="0" y="0"/>
                      <a:ext cx="5834241" cy="4375681"/>
                    </a:xfrm>
                    <a:prstGeom prst="rect">
                      <a:avLst/>
                    </a:prstGeom>
                  </pic:spPr>
                </pic:pic>
              </a:graphicData>
            </a:graphic>
          </wp:inline>
        </w:drawing>
      </w:r>
    </w:p>
    <w:p w14:paraId="6072C2D9" w14:textId="20C2EC62" w:rsidR="00F233FC" w:rsidRDefault="00F233FC" w:rsidP="00784137">
      <w:pPr>
        <w:spacing w:after="0"/>
        <w:rPr>
          <w:rFonts w:ascii="Times New Roman" w:hAnsi="Times New Roman" w:cs="Times New Roman"/>
          <w:sz w:val="28"/>
          <w:szCs w:val="28"/>
        </w:rPr>
      </w:pPr>
      <w:r w:rsidRPr="00F233FC">
        <w:rPr>
          <w:rFonts w:ascii="Times New Roman" w:hAnsi="Times New Roman" w:cs="Times New Roman"/>
          <w:noProof/>
          <w:sz w:val="28"/>
          <w:szCs w:val="28"/>
        </w:rPr>
        <w:lastRenderedPageBreak/>
        <w:drawing>
          <wp:inline distT="0" distB="0" distL="0" distR="0" wp14:anchorId="70F32033" wp14:editId="6E24A651">
            <wp:extent cx="5943600" cy="3343275"/>
            <wp:effectExtent l="0" t="0" r="0" b="9525"/>
            <wp:docPr id="32811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1264" name=""/>
                    <pic:cNvPicPr/>
                  </pic:nvPicPr>
                  <pic:blipFill>
                    <a:blip r:embed="rId20"/>
                    <a:stretch>
                      <a:fillRect/>
                    </a:stretch>
                  </pic:blipFill>
                  <pic:spPr>
                    <a:xfrm>
                      <a:off x="0" y="0"/>
                      <a:ext cx="5943600" cy="3343275"/>
                    </a:xfrm>
                    <a:prstGeom prst="rect">
                      <a:avLst/>
                    </a:prstGeom>
                  </pic:spPr>
                </pic:pic>
              </a:graphicData>
            </a:graphic>
          </wp:inline>
        </w:drawing>
      </w:r>
    </w:p>
    <w:p w14:paraId="6CC6CBAC" w14:textId="08D1F6FB" w:rsidR="0063148F" w:rsidRPr="0074085C" w:rsidRDefault="0074085C" w:rsidP="00784137">
      <w:pPr>
        <w:spacing w:after="0"/>
        <w:rPr>
          <w:rFonts w:ascii="Times New Roman" w:hAnsi="Times New Roman" w:cs="Times New Roman"/>
          <w:sz w:val="26"/>
          <w:szCs w:val="26"/>
        </w:rPr>
      </w:pPr>
      <w:r w:rsidRPr="0074085C">
        <w:rPr>
          <w:rFonts w:ascii="Segoe UI Emoji" w:hAnsi="Segoe UI Emoji" w:cs="Segoe UI Emoji"/>
          <w:sz w:val="26"/>
          <w:szCs w:val="26"/>
          <w:lang w:val="vi-VN"/>
        </w:rPr>
        <w:t>❤️</w:t>
      </w:r>
      <w:r w:rsidRPr="0074085C">
        <w:rPr>
          <w:rFonts w:ascii="Times New Roman" w:hAnsi="Times New Roman" w:cs="Times New Roman"/>
          <w:sz w:val="26"/>
          <w:szCs w:val="26"/>
          <w:lang w:val="vi-VN"/>
        </w:rPr>
        <w:t xml:space="preserve"> Mỗi thầy cô là một người gieo hạt.</w:t>
      </w:r>
      <w:r w:rsidRPr="0074085C">
        <w:rPr>
          <w:rFonts w:ascii="Times New Roman" w:hAnsi="Times New Roman" w:cs="Times New Roman"/>
          <w:sz w:val="26"/>
          <w:szCs w:val="26"/>
          <w:lang w:val="vi-VN"/>
        </w:rPr>
        <w:br/>
      </w:r>
      <w:r w:rsidRPr="0074085C">
        <w:rPr>
          <w:rFonts w:ascii="Segoe UI Emoji" w:hAnsi="Segoe UI Emoji" w:cs="Segoe UI Emoji"/>
          <w:sz w:val="26"/>
          <w:szCs w:val="26"/>
          <w:lang w:val="vi-VN"/>
        </w:rPr>
        <w:t>🌱</w:t>
      </w:r>
      <w:r w:rsidRPr="0074085C">
        <w:rPr>
          <w:rFonts w:ascii="Times New Roman" w:hAnsi="Times New Roman" w:cs="Times New Roman"/>
          <w:sz w:val="26"/>
          <w:szCs w:val="26"/>
          <w:lang w:val="vi-VN"/>
        </w:rPr>
        <w:t xml:space="preserve"> Mỗi học sinh là một mầm xanh của tương lai.</w:t>
      </w:r>
      <w:r w:rsidRPr="0074085C">
        <w:rPr>
          <w:rFonts w:ascii="Times New Roman" w:hAnsi="Times New Roman" w:cs="Times New Roman"/>
          <w:sz w:val="26"/>
          <w:szCs w:val="26"/>
          <w:lang w:val="vi-VN"/>
        </w:rPr>
        <w:br/>
      </w:r>
      <w:r w:rsidRPr="0074085C">
        <w:rPr>
          <w:rFonts w:ascii="Segoe UI Emoji" w:hAnsi="Segoe UI Emoji" w:cs="Segoe UI Emoji"/>
          <w:sz w:val="26"/>
          <w:szCs w:val="26"/>
          <w:lang w:val="vi-VN"/>
        </w:rPr>
        <w:t>🏫</w:t>
      </w:r>
      <w:r w:rsidRPr="0074085C">
        <w:rPr>
          <w:rFonts w:ascii="Times New Roman" w:hAnsi="Times New Roman" w:cs="Times New Roman"/>
          <w:sz w:val="26"/>
          <w:szCs w:val="26"/>
          <w:lang w:val="vi-VN"/>
        </w:rPr>
        <w:t xml:space="preserve"> Mỗi ngày đến trường là một ngày thêm yêu mái trường, thầy cô, bạn bè và quê hương</w:t>
      </w:r>
      <w:r>
        <w:rPr>
          <w:rFonts w:ascii="Times New Roman" w:hAnsi="Times New Roman" w:cs="Times New Roman"/>
          <w:sz w:val="26"/>
          <w:szCs w:val="26"/>
        </w:rPr>
        <w:t>.</w:t>
      </w:r>
    </w:p>
    <w:p w14:paraId="6E696BEF" w14:textId="30A70D50" w:rsidR="00784137" w:rsidRPr="00784137" w:rsidRDefault="00784137" w:rsidP="008A0428">
      <w:pPr>
        <w:spacing w:after="0"/>
        <w:jc w:val="both"/>
        <w:rPr>
          <w:rFonts w:ascii="Times New Roman" w:hAnsi="Times New Roman" w:cs="Times New Roman"/>
          <w:sz w:val="28"/>
          <w:szCs w:val="28"/>
          <w:lang w:val="vi-VN"/>
        </w:rPr>
      </w:pPr>
      <w:r w:rsidRPr="00784137">
        <w:rPr>
          <w:rFonts w:ascii="Times New Roman" w:hAnsi="Times New Roman" w:cs="Times New Roman"/>
          <w:sz w:val="28"/>
          <w:szCs w:val="28"/>
          <w:lang w:val="vi-VN"/>
        </w:rPr>
        <w:t xml:space="preserve">Với truyền thống đã được vun bồi qua nhiều thế hệ, với sự quan tâm của các cấp lãnh đạo, sự đồng hành của cha mẹ học sinh và sự đoàn kết của tập thể sư phạm, tin rằng </w:t>
      </w:r>
      <w:r w:rsidRPr="00784137">
        <w:rPr>
          <w:rFonts w:ascii="Times New Roman" w:hAnsi="Times New Roman" w:cs="Times New Roman"/>
          <w:b/>
          <w:bCs/>
          <w:sz w:val="28"/>
          <w:szCs w:val="28"/>
          <w:lang w:val="vi-VN"/>
        </w:rPr>
        <w:t>Trường Tiểu học Yên Từ A</w:t>
      </w:r>
      <w:r w:rsidRPr="00784137">
        <w:rPr>
          <w:rFonts w:ascii="Times New Roman" w:hAnsi="Times New Roman" w:cs="Times New Roman"/>
          <w:sz w:val="28"/>
          <w:szCs w:val="28"/>
          <w:lang w:val="vi-VN"/>
        </w:rPr>
        <w:t xml:space="preserve"> sẽ tiếp tục gặt hái nhiều thành công, viết thêm những trang đẹp trong hành trình phát triển.</w:t>
      </w:r>
    </w:p>
    <w:p w14:paraId="5D5EA22A" w14:textId="406901F6" w:rsidR="00784137" w:rsidRDefault="00F233FC" w:rsidP="00784137">
      <w:pPr>
        <w:spacing w:after="0"/>
        <w:rPr>
          <w:rFonts w:ascii="Times New Roman" w:hAnsi="Times New Roman" w:cs="Times New Roman"/>
          <w:sz w:val="28"/>
          <w:szCs w:val="28"/>
        </w:rPr>
      </w:pPr>
      <w:r w:rsidRPr="00F233FC">
        <w:rPr>
          <w:rFonts w:ascii="Times New Roman" w:hAnsi="Times New Roman" w:cs="Times New Roman"/>
          <w:noProof/>
          <w:sz w:val="28"/>
          <w:szCs w:val="28"/>
          <w:lang w:val="vi-VN"/>
        </w:rPr>
        <w:drawing>
          <wp:inline distT="0" distB="0" distL="0" distR="0" wp14:anchorId="177D00CD" wp14:editId="688EE54D">
            <wp:extent cx="5943600" cy="3344545"/>
            <wp:effectExtent l="0" t="0" r="0" b="8255"/>
            <wp:docPr id="83959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95599" name=""/>
                    <pic:cNvPicPr/>
                  </pic:nvPicPr>
                  <pic:blipFill>
                    <a:blip r:embed="rId21"/>
                    <a:stretch>
                      <a:fillRect/>
                    </a:stretch>
                  </pic:blipFill>
                  <pic:spPr>
                    <a:xfrm>
                      <a:off x="0" y="0"/>
                      <a:ext cx="5943600" cy="3344545"/>
                    </a:xfrm>
                    <a:prstGeom prst="rect">
                      <a:avLst/>
                    </a:prstGeom>
                  </pic:spPr>
                </pic:pic>
              </a:graphicData>
            </a:graphic>
          </wp:inline>
        </w:drawing>
      </w:r>
    </w:p>
    <w:p w14:paraId="16CD53BE" w14:textId="33480598" w:rsidR="00B549AC" w:rsidRDefault="00B549AC" w:rsidP="00784137">
      <w:pPr>
        <w:spacing w:after="0"/>
        <w:rPr>
          <w:rFonts w:ascii="Times New Roman" w:hAnsi="Times New Roman" w:cs="Times New Roman"/>
          <w:sz w:val="28"/>
          <w:szCs w:val="28"/>
        </w:rPr>
      </w:pPr>
      <w:r>
        <w:rPr>
          <w:rFonts w:ascii="Times New Roman" w:hAnsi="Times New Roman" w:cs="Times New Roman"/>
          <w:sz w:val="28"/>
          <w:szCs w:val="28"/>
        </w:rPr>
        <w:lastRenderedPageBreak/>
        <w:t>\</w:t>
      </w:r>
      <w:r w:rsidRPr="00B549AC">
        <w:rPr>
          <w:rFonts w:ascii="Times New Roman" w:hAnsi="Times New Roman" w:cs="Times New Roman"/>
          <w:noProof/>
          <w:sz w:val="28"/>
          <w:szCs w:val="28"/>
        </w:rPr>
        <w:drawing>
          <wp:inline distT="0" distB="0" distL="0" distR="0" wp14:anchorId="6D0B7654" wp14:editId="1E4130A7">
            <wp:extent cx="6106795" cy="4575175"/>
            <wp:effectExtent l="0" t="0" r="8255" b="0"/>
            <wp:docPr id="1055212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12588" name=""/>
                    <pic:cNvPicPr/>
                  </pic:nvPicPr>
                  <pic:blipFill>
                    <a:blip r:embed="rId22"/>
                    <a:stretch>
                      <a:fillRect/>
                    </a:stretch>
                  </pic:blipFill>
                  <pic:spPr>
                    <a:xfrm>
                      <a:off x="0" y="0"/>
                      <a:ext cx="6106795" cy="4575175"/>
                    </a:xfrm>
                    <a:prstGeom prst="rect">
                      <a:avLst/>
                    </a:prstGeom>
                  </pic:spPr>
                </pic:pic>
              </a:graphicData>
            </a:graphic>
          </wp:inline>
        </w:drawing>
      </w:r>
    </w:p>
    <w:p w14:paraId="4817C487" w14:textId="77777777" w:rsidR="00B549AC" w:rsidRDefault="00B549AC" w:rsidP="00784137">
      <w:pPr>
        <w:spacing w:after="0"/>
        <w:rPr>
          <w:rFonts w:ascii="Times New Roman" w:hAnsi="Times New Roman" w:cs="Times New Roman"/>
          <w:sz w:val="28"/>
          <w:szCs w:val="28"/>
        </w:rPr>
      </w:pPr>
    </w:p>
    <w:p w14:paraId="75CFE663" w14:textId="650022E5" w:rsidR="00B549AC" w:rsidRPr="00B549AC" w:rsidRDefault="00B549AC" w:rsidP="00784137">
      <w:pPr>
        <w:spacing w:after="0"/>
        <w:rPr>
          <w:rFonts w:ascii="Times New Roman" w:hAnsi="Times New Roman" w:cs="Times New Roman"/>
          <w:sz w:val="28"/>
          <w:szCs w:val="28"/>
        </w:rPr>
      </w:pPr>
      <w:r w:rsidRPr="00B549AC">
        <w:rPr>
          <w:rFonts w:ascii="Times New Roman" w:hAnsi="Times New Roman" w:cs="Times New Roman"/>
          <w:noProof/>
          <w:sz w:val="28"/>
          <w:szCs w:val="28"/>
        </w:rPr>
        <w:drawing>
          <wp:inline distT="0" distB="0" distL="0" distR="0" wp14:anchorId="5147A732" wp14:editId="0BDB2AC0">
            <wp:extent cx="6106795" cy="3435985"/>
            <wp:effectExtent l="0" t="0" r="8255" b="0"/>
            <wp:docPr id="280160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160080" name=""/>
                    <pic:cNvPicPr/>
                  </pic:nvPicPr>
                  <pic:blipFill>
                    <a:blip r:embed="rId23"/>
                    <a:stretch>
                      <a:fillRect/>
                    </a:stretch>
                  </pic:blipFill>
                  <pic:spPr>
                    <a:xfrm>
                      <a:off x="0" y="0"/>
                      <a:ext cx="6106795" cy="3435985"/>
                    </a:xfrm>
                    <a:prstGeom prst="rect">
                      <a:avLst/>
                    </a:prstGeom>
                  </pic:spPr>
                </pic:pic>
              </a:graphicData>
            </a:graphic>
          </wp:inline>
        </w:drawing>
      </w:r>
    </w:p>
    <w:p w14:paraId="1280064B" w14:textId="603067AC" w:rsidR="00784137" w:rsidRPr="00784137" w:rsidRDefault="00784137" w:rsidP="00784137">
      <w:pPr>
        <w:spacing w:after="0"/>
        <w:rPr>
          <w:rFonts w:ascii="Times New Roman" w:hAnsi="Times New Roman" w:cs="Times New Roman"/>
          <w:sz w:val="28"/>
          <w:szCs w:val="28"/>
          <w:lang w:val="vi-VN"/>
        </w:rPr>
      </w:pPr>
      <w:r w:rsidRPr="00784137">
        <w:rPr>
          <w:rFonts w:ascii="Segoe UI Emoji" w:hAnsi="Segoe UI Emoji" w:cs="Segoe UI Emoji"/>
          <w:sz w:val="28"/>
          <w:szCs w:val="28"/>
          <w:lang w:val="vi-VN"/>
        </w:rPr>
        <w:lastRenderedPageBreak/>
        <w:t>🌟</w:t>
      </w:r>
      <w:r w:rsidRPr="00784137">
        <w:rPr>
          <w:rFonts w:ascii="Times New Roman" w:hAnsi="Times New Roman" w:cs="Times New Roman"/>
          <w:sz w:val="28"/>
          <w:szCs w:val="28"/>
          <w:lang w:val="vi-VN"/>
        </w:rPr>
        <w:t xml:space="preserve"> </w:t>
      </w:r>
      <w:r w:rsidRPr="00784137">
        <w:rPr>
          <w:rFonts w:ascii="Times New Roman" w:hAnsi="Times New Roman" w:cs="Times New Roman"/>
          <w:b/>
          <w:bCs/>
          <w:sz w:val="28"/>
          <w:szCs w:val="28"/>
          <w:lang w:val="vi-VN"/>
        </w:rPr>
        <w:t>CHÀO NĂM HỌC MỚI 2026</w:t>
      </w:r>
      <w:r w:rsidR="008A0428">
        <w:rPr>
          <w:rFonts w:ascii="Times New Roman" w:hAnsi="Times New Roman" w:cs="Times New Roman"/>
          <w:b/>
          <w:bCs/>
          <w:sz w:val="28"/>
          <w:szCs w:val="28"/>
        </w:rPr>
        <w:t xml:space="preserve"> - </w:t>
      </w:r>
      <w:r w:rsidRPr="00784137">
        <w:rPr>
          <w:rFonts w:ascii="Times New Roman" w:hAnsi="Times New Roman" w:cs="Times New Roman"/>
          <w:b/>
          <w:bCs/>
          <w:sz w:val="28"/>
          <w:szCs w:val="28"/>
          <w:lang w:val="vi-VN"/>
        </w:rPr>
        <w:t>2027!</w:t>
      </w:r>
      <w:r w:rsidRPr="00784137">
        <w:rPr>
          <w:rFonts w:ascii="Times New Roman" w:hAnsi="Times New Roman" w:cs="Times New Roman"/>
          <w:sz w:val="28"/>
          <w:szCs w:val="28"/>
          <w:lang w:val="vi-VN"/>
        </w:rPr>
        <w:t xml:space="preserve"> </w:t>
      </w:r>
      <w:r w:rsidRPr="00784137">
        <w:rPr>
          <w:rFonts w:ascii="Segoe UI Emoji" w:hAnsi="Segoe UI Emoji" w:cs="Segoe UI Emoji"/>
          <w:sz w:val="28"/>
          <w:szCs w:val="28"/>
          <w:lang w:val="vi-VN"/>
        </w:rPr>
        <w:t>🌟</w:t>
      </w:r>
    </w:p>
    <w:p w14:paraId="6E5B3130" w14:textId="77777777" w:rsidR="00161FDF" w:rsidRDefault="00161FDF" w:rsidP="00784137">
      <w:pPr>
        <w:spacing w:after="0"/>
        <w:rPr>
          <w:rFonts w:ascii="Times New Roman" w:hAnsi="Times New Roman" w:cs="Times New Roman"/>
          <w:sz w:val="28"/>
          <w:szCs w:val="28"/>
        </w:rPr>
      </w:pPr>
      <w:r w:rsidRPr="00161FDF">
        <w:rPr>
          <w:rFonts w:ascii="Times New Roman" w:hAnsi="Times New Roman" w:cs="Times New Roman"/>
          <w:sz w:val="28"/>
          <w:szCs w:val="28"/>
        </w:rPr>
        <w:t>Kính chúc các thầy cô giáo luôn nhiệt huyết, sáng tạo và hạnh phúc với nghề.</w:t>
      </w:r>
      <w:r w:rsidRPr="00161FDF">
        <w:rPr>
          <w:rFonts w:ascii="Times New Roman" w:hAnsi="Times New Roman" w:cs="Times New Roman"/>
          <w:sz w:val="28"/>
          <w:szCs w:val="28"/>
        </w:rPr>
        <w:br/>
        <w:t>Chúc các em học sinh một năm học chăm ngoan, tự tin, nhiều niềm vui, khám phá và trưởng thành.</w:t>
      </w:r>
      <w:r w:rsidRPr="00161FDF">
        <w:rPr>
          <w:rFonts w:ascii="Times New Roman" w:hAnsi="Times New Roman" w:cs="Times New Roman"/>
          <w:sz w:val="28"/>
          <w:szCs w:val="28"/>
        </w:rPr>
        <w:br/>
        <w:t xml:space="preserve">Chúc </w:t>
      </w:r>
      <w:r w:rsidRPr="00161FDF">
        <w:rPr>
          <w:rFonts w:ascii="Times New Roman" w:hAnsi="Times New Roman" w:cs="Times New Roman"/>
          <w:b/>
          <w:bCs/>
          <w:sz w:val="28"/>
          <w:szCs w:val="28"/>
        </w:rPr>
        <w:t>Trường Tiểu học Yên Từ A</w:t>
      </w:r>
      <w:r w:rsidRPr="00161FDF">
        <w:rPr>
          <w:rFonts w:ascii="Times New Roman" w:hAnsi="Times New Roman" w:cs="Times New Roman"/>
          <w:sz w:val="28"/>
          <w:szCs w:val="28"/>
        </w:rPr>
        <w:t xml:space="preserve"> luôn đoàn kết, đổi mới và phát triển!</w:t>
      </w:r>
    </w:p>
    <w:p w14:paraId="7E676487" w14:textId="61A7685A" w:rsidR="00784137" w:rsidRDefault="00784137" w:rsidP="00784137">
      <w:pPr>
        <w:spacing w:after="0"/>
        <w:rPr>
          <w:rFonts w:ascii="Times New Roman" w:hAnsi="Times New Roman" w:cs="Times New Roman"/>
          <w:b/>
          <w:bCs/>
          <w:sz w:val="26"/>
          <w:szCs w:val="26"/>
        </w:rPr>
      </w:pPr>
      <w:r w:rsidRPr="00161FDF">
        <w:rPr>
          <w:rFonts w:ascii="Segoe UI Emoji" w:hAnsi="Segoe UI Emoji" w:cs="Segoe UI Emoji"/>
          <w:sz w:val="26"/>
          <w:szCs w:val="26"/>
          <w:lang w:val="vi-VN"/>
        </w:rPr>
        <w:t>❤️</w:t>
      </w:r>
      <w:r w:rsidRPr="00161FDF">
        <w:rPr>
          <w:rFonts w:ascii="Times New Roman" w:hAnsi="Times New Roman" w:cs="Times New Roman"/>
          <w:sz w:val="26"/>
          <w:szCs w:val="26"/>
          <w:lang w:val="vi-VN"/>
        </w:rPr>
        <w:t xml:space="preserve"> </w:t>
      </w:r>
      <w:r w:rsidRPr="00161FDF">
        <w:rPr>
          <w:rFonts w:ascii="Times New Roman" w:hAnsi="Times New Roman" w:cs="Times New Roman"/>
          <w:b/>
          <w:bCs/>
          <w:sz w:val="26"/>
          <w:szCs w:val="26"/>
          <w:lang w:val="vi-VN"/>
        </w:rPr>
        <w:t>HỘI TỤ TRUYỀN THỐNG – KIẾN TẠO TƯƠNG LAI!</w:t>
      </w:r>
      <w:r w:rsidRPr="00161FDF">
        <w:rPr>
          <w:rFonts w:ascii="Times New Roman" w:hAnsi="Times New Roman" w:cs="Times New Roman"/>
          <w:sz w:val="26"/>
          <w:szCs w:val="26"/>
          <w:lang w:val="vi-VN"/>
        </w:rPr>
        <w:br/>
      </w:r>
      <w:r w:rsidRPr="00161FDF">
        <w:rPr>
          <w:rFonts w:ascii="Segoe UI Emoji" w:hAnsi="Segoe UI Emoji" w:cs="Segoe UI Emoji"/>
          <w:sz w:val="26"/>
          <w:szCs w:val="26"/>
          <w:lang w:val="vi-VN"/>
        </w:rPr>
        <w:t>❤️</w:t>
      </w:r>
      <w:r w:rsidRPr="00161FDF">
        <w:rPr>
          <w:rFonts w:ascii="Times New Roman" w:hAnsi="Times New Roman" w:cs="Times New Roman"/>
          <w:sz w:val="26"/>
          <w:szCs w:val="26"/>
          <w:lang w:val="vi-VN"/>
        </w:rPr>
        <w:t xml:space="preserve"> </w:t>
      </w:r>
      <w:r w:rsidRPr="00161FDF">
        <w:rPr>
          <w:rFonts w:ascii="Times New Roman" w:hAnsi="Times New Roman" w:cs="Times New Roman"/>
          <w:b/>
          <w:bCs/>
          <w:sz w:val="26"/>
          <w:szCs w:val="26"/>
          <w:lang w:val="vi-VN"/>
        </w:rPr>
        <w:t>TRƯỜNG TIỂU HỌC YÊN TỪ A – VỮNG BƯỚC TRÊN HÀNH TRÌNH MỚI!</w:t>
      </w:r>
    </w:p>
    <w:p w14:paraId="10ADE668" w14:textId="0645E5B8" w:rsidR="00AD6955" w:rsidRPr="007C1795" w:rsidRDefault="00AD6955" w:rsidP="00AD6955">
      <w:pPr>
        <w:spacing w:after="0"/>
        <w:rPr>
          <w:rFonts w:ascii="Times New Roman" w:hAnsi="Times New Roman" w:cs="Times New Roman"/>
          <w:sz w:val="28"/>
          <w:szCs w:val="28"/>
        </w:rPr>
      </w:pPr>
      <w:r w:rsidRPr="00C31850">
        <w:rPr>
          <w:rFonts w:ascii="Times New Roman" w:hAnsi="Times New Roman" w:cs="Times New Roman"/>
          <w:sz w:val="28"/>
          <w:szCs w:val="28"/>
          <w:lang w:val="vi-VN"/>
        </w:rPr>
        <w:t>#TruongTieuHocYenTuA</w:t>
      </w:r>
      <w:r w:rsidRPr="00C31850">
        <w:rPr>
          <w:rFonts w:ascii="Times New Roman" w:hAnsi="Times New Roman" w:cs="Times New Roman"/>
          <w:sz w:val="28"/>
          <w:szCs w:val="28"/>
          <w:lang w:val="vi-VN"/>
        </w:rPr>
        <w:br/>
        <w:t>#KhaiGiangNamHoc20262027</w:t>
      </w:r>
      <w:r w:rsidRPr="00C31850">
        <w:rPr>
          <w:rFonts w:ascii="Times New Roman" w:hAnsi="Times New Roman" w:cs="Times New Roman"/>
          <w:sz w:val="28"/>
          <w:szCs w:val="28"/>
          <w:lang w:val="vi-VN"/>
        </w:rPr>
        <w:br/>
        <w:t>#HoiTuTruyenThongKienTaoTuongLai</w:t>
      </w:r>
    </w:p>
    <w:p w14:paraId="6E7B7113" w14:textId="77777777" w:rsidR="00AD6955" w:rsidRPr="00AD6955" w:rsidRDefault="00AD6955" w:rsidP="00784137">
      <w:pPr>
        <w:spacing w:after="0"/>
        <w:rPr>
          <w:rFonts w:ascii="Times New Roman" w:hAnsi="Times New Roman" w:cs="Times New Roman"/>
          <w:sz w:val="26"/>
          <w:szCs w:val="26"/>
        </w:rPr>
      </w:pPr>
    </w:p>
    <w:p w14:paraId="7394B0FC" w14:textId="277D69E3" w:rsidR="008572AA" w:rsidRPr="00161FDF" w:rsidRDefault="00F233FC" w:rsidP="00F233FC">
      <w:pPr>
        <w:spacing w:after="0"/>
        <w:jc w:val="right"/>
        <w:rPr>
          <w:rFonts w:ascii="UTM Diana" w:hAnsi="UTM Diana" w:cs="Calibri"/>
          <w:b/>
          <w:bCs/>
          <w:sz w:val="28"/>
          <w:szCs w:val="28"/>
        </w:rPr>
      </w:pPr>
      <w:r w:rsidRPr="00161FDF">
        <w:rPr>
          <w:rFonts w:ascii="UTM Diana" w:hAnsi="UTM Diana" w:cs="Segoe UI Emoji"/>
          <w:b/>
          <w:bCs/>
          <w:sz w:val="28"/>
          <w:szCs w:val="28"/>
        </w:rPr>
        <w:t>Tin bài: Tr</w:t>
      </w:r>
      <w:r w:rsidRPr="00161FDF">
        <w:rPr>
          <w:rFonts w:ascii="UTM Diana" w:hAnsi="UTM Diana" w:cs="Calibri"/>
          <w:b/>
          <w:bCs/>
          <w:sz w:val="28"/>
          <w:szCs w:val="28"/>
          <w:lang w:val="vi-VN"/>
        </w:rPr>
        <w:t>ư</w:t>
      </w:r>
      <w:r w:rsidRPr="00161FDF">
        <w:rPr>
          <w:rFonts w:ascii="UTM Diana" w:hAnsi="UTM Diana" w:cs="Calibri"/>
          <w:b/>
          <w:bCs/>
          <w:sz w:val="28"/>
          <w:szCs w:val="28"/>
        </w:rPr>
        <w:t>ơng Lanh</w:t>
      </w:r>
    </w:p>
    <w:sectPr w:rsidR="008572AA" w:rsidRPr="00161FDF" w:rsidSect="00AD6955">
      <w:pgSz w:w="12240" w:h="15840"/>
      <w:pgMar w:top="709" w:right="1183"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UTM Diana">
    <w:altName w:val="Cambria"/>
    <w:charset w:val="00"/>
    <w:family w:val="roman"/>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5797C5E"/>
    <w:multiLevelType w:val="multilevel"/>
    <w:tmpl w:val="EDDA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243016">
    <w:abstractNumId w:val="8"/>
  </w:num>
  <w:num w:numId="2" w16cid:durableId="23487056">
    <w:abstractNumId w:val="6"/>
  </w:num>
  <w:num w:numId="3" w16cid:durableId="1856116926">
    <w:abstractNumId w:val="5"/>
  </w:num>
  <w:num w:numId="4" w16cid:durableId="2110275086">
    <w:abstractNumId w:val="4"/>
  </w:num>
  <w:num w:numId="5" w16cid:durableId="1229804600">
    <w:abstractNumId w:val="7"/>
  </w:num>
  <w:num w:numId="6" w16cid:durableId="1422603154">
    <w:abstractNumId w:val="3"/>
  </w:num>
  <w:num w:numId="7" w16cid:durableId="1727874609">
    <w:abstractNumId w:val="2"/>
  </w:num>
  <w:num w:numId="8" w16cid:durableId="2093155923">
    <w:abstractNumId w:val="1"/>
  </w:num>
  <w:num w:numId="9" w16cid:durableId="2109617184">
    <w:abstractNumId w:val="0"/>
  </w:num>
  <w:num w:numId="10" w16cid:durableId="1100528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1FDF"/>
    <w:rsid w:val="0029639D"/>
    <w:rsid w:val="00326F90"/>
    <w:rsid w:val="003F4EF8"/>
    <w:rsid w:val="00553623"/>
    <w:rsid w:val="0063148F"/>
    <w:rsid w:val="006C3905"/>
    <w:rsid w:val="0074085C"/>
    <w:rsid w:val="00741F66"/>
    <w:rsid w:val="00784137"/>
    <w:rsid w:val="007C1795"/>
    <w:rsid w:val="00825BE2"/>
    <w:rsid w:val="008335C8"/>
    <w:rsid w:val="008572AA"/>
    <w:rsid w:val="008A0428"/>
    <w:rsid w:val="009D5414"/>
    <w:rsid w:val="00A85C6E"/>
    <w:rsid w:val="00AA1D8D"/>
    <w:rsid w:val="00AD6955"/>
    <w:rsid w:val="00AF3ABE"/>
    <w:rsid w:val="00AF7554"/>
    <w:rsid w:val="00B40407"/>
    <w:rsid w:val="00B47730"/>
    <w:rsid w:val="00B549AC"/>
    <w:rsid w:val="00BF3BF5"/>
    <w:rsid w:val="00C31850"/>
    <w:rsid w:val="00CB0664"/>
    <w:rsid w:val="00D01152"/>
    <w:rsid w:val="00D37ADC"/>
    <w:rsid w:val="00E673DE"/>
    <w:rsid w:val="00F233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FC9DFC"/>
  <w14:defaultImageDpi w14:val="300"/>
  <w15:docId w15:val="{A546648E-34A8-4D27-A473-C59A4C3C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BF5"/>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Vu Ta Bao Ngoc D24CE06</cp:lastModifiedBy>
  <cp:revision>5</cp:revision>
  <dcterms:created xsi:type="dcterms:W3CDTF">2013-12-23T23:15:00Z</dcterms:created>
  <dcterms:modified xsi:type="dcterms:W3CDTF">2026-09-10T12:34:00Z</dcterms:modified>
  <cp:category/>
</cp:coreProperties>
</file>